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53CA4" w:rsidRPr="001D498F" w:rsidRDefault="000970D9">
      <w:pPr>
        <w:jc w:val="center"/>
        <w:rPr>
          <w:rFonts w:ascii="Times New Roman" w:hAnsi="Times New Roman" w:cs="Times New Roman"/>
        </w:rPr>
      </w:pPr>
      <w:r w:rsidRPr="001D498F">
        <w:rPr>
          <w:rFonts w:ascii="Times New Roman" w:hAnsi="Times New Roman" w:cs="Times New Roman"/>
          <w:b/>
          <w:sz w:val="30"/>
        </w:rPr>
        <w:t>ZGODA RODZICA / OPIEKUNA PRAWNEGO</w:t>
      </w:r>
    </w:p>
    <w:p w:rsidR="00953CA4" w:rsidRPr="001D498F" w:rsidRDefault="000970D9">
      <w:pPr>
        <w:jc w:val="center"/>
        <w:rPr>
          <w:rFonts w:ascii="Times New Roman" w:hAnsi="Times New Roman" w:cs="Times New Roman"/>
        </w:rPr>
      </w:pPr>
      <w:r w:rsidRPr="001D498F">
        <w:rPr>
          <w:rFonts w:ascii="Times New Roman" w:hAnsi="Times New Roman" w:cs="Times New Roman"/>
          <w:b/>
          <w:sz w:val="24"/>
        </w:rPr>
        <w:t>na udział dziecka w Międzyprzedszkolnym Konkursie Plastyczno-Technicznym</w:t>
      </w:r>
      <w:r w:rsidRPr="001D498F">
        <w:rPr>
          <w:rFonts w:ascii="Times New Roman" w:hAnsi="Times New Roman" w:cs="Times New Roman"/>
          <w:b/>
          <w:sz w:val="24"/>
        </w:rPr>
        <w:br/>
      </w:r>
      <w:r w:rsidRPr="001D498F">
        <w:rPr>
          <w:rFonts w:ascii="Times New Roman" w:hAnsi="Times New Roman" w:cs="Times New Roman"/>
          <w:b/>
          <w:sz w:val="28"/>
        </w:rPr>
        <w:t>„JESIEŃ ZAMKNIĘTA W OZDOBIE”</w:t>
      </w:r>
    </w:p>
    <w:p w:rsidR="00953CA4" w:rsidRPr="001D498F" w:rsidRDefault="000970D9">
      <w:pPr>
        <w:jc w:val="center"/>
        <w:rPr>
          <w:rFonts w:ascii="Times New Roman" w:hAnsi="Times New Roman" w:cs="Times New Roman"/>
        </w:rPr>
      </w:pPr>
      <w:r w:rsidRPr="001D498F">
        <w:rPr>
          <w:rFonts w:ascii="Times New Roman" w:hAnsi="Times New Roman" w:cs="Times New Roman"/>
          <w:i/>
        </w:rPr>
        <w:t>organizowanym przez Miejskie Przedszkole nr 44 im. Koniczynki w Rudzie Śląskiej</w:t>
      </w:r>
    </w:p>
    <w:p w:rsidR="00953CA4" w:rsidRPr="001D498F" w:rsidRDefault="00953CA4">
      <w:pPr>
        <w:rPr>
          <w:rFonts w:ascii="Times New Roman" w:hAnsi="Times New Roman" w:cs="Times New Roman"/>
        </w:rPr>
      </w:pPr>
      <w:bookmarkStart w:id="0" w:name="_GoBack"/>
      <w:bookmarkEnd w:id="0"/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866"/>
        <w:gridCol w:w="5816"/>
      </w:tblGrid>
      <w:tr w:rsidR="00953CA4" w:rsidRPr="00011493">
        <w:trPr>
          <w:jc w:val="center"/>
        </w:trPr>
        <w:tc>
          <w:tcPr>
            <w:tcW w:w="4986" w:type="dxa"/>
            <w:vAlign w:val="center"/>
          </w:tcPr>
          <w:p w:rsidR="00953CA4" w:rsidRPr="00011493" w:rsidRDefault="000970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11493">
              <w:rPr>
                <w:rFonts w:ascii="Times New Roman" w:hAnsi="Times New Roman" w:cs="Times New Roman"/>
                <w:sz w:val="20"/>
                <w:szCs w:val="20"/>
              </w:rPr>
              <w:t>Imię i nazwisko dziecka:</w:t>
            </w:r>
          </w:p>
        </w:tc>
        <w:tc>
          <w:tcPr>
            <w:tcW w:w="4986" w:type="dxa"/>
            <w:vAlign w:val="center"/>
          </w:tcPr>
          <w:p w:rsidR="00953CA4" w:rsidRPr="00011493" w:rsidRDefault="000970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11493">
              <w:rPr>
                <w:rFonts w:ascii="Times New Roman" w:hAnsi="Times New Roman" w:cs="Times New Roman"/>
                <w:sz w:val="20"/>
                <w:szCs w:val="20"/>
              </w:rPr>
              <w:t>…………………………………………………………………………</w:t>
            </w:r>
          </w:p>
        </w:tc>
      </w:tr>
      <w:tr w:rsidR="00953CA4" w:rsidRPr="00011493">
        <w:trPr>
          <w:jc w:val="center"/>
        </w:trPr>
        <w:tc>
          <w:tcPr>
            <w:tcW w:w="4986" w:type="dxa"/>
            <w:vAlign w:val="center"/>
          </w:tcPr>
          <w:p w:rsidR="00953CA4" w:rsidRPr="00011493" w:rsidRDefault="000970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11493">
              <w:rPr>
                <w:rFonts w:ascii="Times New Roman" w:hAnsi="Times New Roman" w:cs="Times New Roman"/>
                <w:sz w:val="20"/>
                <w:szCs w:val="20"/>
              </w:rPr>
              <w:t>Wiek dziecka:</w:t>
            </w:r>
          </w:p>
        </w:tc>
        <w:tc>
          <w:tcPr>
            <w:tcW w:w="4986" w:type="dxa"/>
            <w:vAlign w:val="center"/>
          </w:tcPr>
          <w:p w:rsidR="00953CA4" w:rsidRPr="00011493" w:rsidRDefault="000970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11493">
              <w:rPr>
                <w:rFonts w:ascii="Times New Roman" w:hAnsi="Times New Roman" w:cs="Times New Roman"/>
                <w:sz w:val="20"/>
                <w:szCs w:val="20"/>
              </w:rPr>
              <w:t>………………………………</w:t>
            </w:r>
            <w:r w:rsidR="001D498F" w:rsidRPr="00011493">
              <w:rPr>
                <w:rFonts w:ascii="Times New Roman" w:hAnsi="Times New Roman" w:cs="Times New Roman"/>
                <w:sz w:val="20"/>
                <w:szCs w:val="20"/>
              </w:rPr>
              <w:t>…………………………………………</w:t>
            </w:r>
          </w:p>
        </w:tc>
      </w:tr>
      <w:tr w:rsidR="00953CA4" w:rsidRPr="00011493">
        <w:trPr>
          <w:jc w:val="center"/>
        </w:trPr>
        <w:tc>
          <w:tcPr>
            <w:tcW w:w="4986" w:type="dxa"/>
            <w:vAlign w:val="center"/>
          </w:tcPr>
          <w:p w:rsidR="00953CA4" w:rsidRPr="00011493" w:rsidRDefault="000970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11493">
              <w:rPr>
                <w:rFonts w:ascii="Times New Roman" w:hAnsi="Times New Roman" w:cs="Times New Roman"/>
                <w:sz w:val="20"/>
                <w:szCs w:val="20"/>
              </w:rPr>
              <w:t>Nazwa przedszkola:</w:t>
            </w:r>
          </w:p>
        </w:tc>
        <w:tc>
          <w:tcPr>
            <w:tcW w:w="4986" w:type="dxa"/>
            <w:vAlign w:val="center"/>
          </w:tcPr>
          <w:p w:rsidR="00953CA4" w:rsidRPr="00011493" w:rsidRDefault="000970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11493">
              <w:rPr>
                <w:rFonts w:ascii="Times New Roman" w:hAnsi="Times New Roman" w:cs="Times New Roman"/>
                <w:sz w:val="20"/>
                <w:szCs w:val="20"/>
              </w:rPr>
              <w:t>…………………………………………………………………………</w:t>
            </w:r>
          </w:p>
        </w:tc>
      </w:tr>
      <w:tr w:rsidR="00953CA4" w:rsidRPr="00011493">
        <w:trPr>
          <w:jc w:val="center"/>
        </w:trPr>
        <w:tc>
          <w:tcPr>
            <w:tcW w:w="4986" w:type="dxa"/>
            <w:vAlign w:val="center"/>
          </w:tcPr>
          <w:p w:rsidR="00953CA4" w:rsidRPr="00011493" w:rsidRDefault="000970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11493">
              <w:rPr>
                <w:rFonts w:ascii="Times New Roman" w:hAnsi="Times New Roman" w:cs="Times New Roman"/>
                <w:sz w:val="20"/>
                <w:szCs w:val="20"/>
              </w:rPr>
              <w:t>Imię</w:t>
            </w:r>
            <w:proofErr w:type="spellEnd"/>
            <w:r w:rsidRPr="0001149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11493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proofErr w:type="spellEnd"/>
            <w:r w:rsidRPr="0001149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11493">
              <w:rPr>
                <w:rFonts w:ascii="Times New Roman" w:hAnsi="Times New Roman" w:cs="Times New Roman"/>
                <w:sz w:val="20"/>
                <w:szCs w:val="20"/>
              </w:rPr>
              <w:t>nazwisko</w:t>
            </w:r>
            <w:proofErr w:type="spellEnd"/>
            <w:r w:rsidRPr="0001149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11493">
              <w:rPr>
                <w:rFonts w:ascii="Times New Roman" w:hAnsi="Times New Roman" w:cs="Times New Roman"/>
                <w:sz w:val="20"/>
                <w:szCs w:val="20"/>
              </w:rPr>
              <w:t>rodzica</w:t>
            </w:r>
            <w:proofErr w:type="spellEnd"/>
            <w:r w:rsidRPr="00011493">
              <w:rPr>
                <w:rFonts w:ascii="Times New Roman" w:hAnsi="Times New Roman" w:cs="Times New Roman"/>
                <w:sz w:val="20"/>
                <w:szCs w:val="20"/>
              </w:rPr>
              <w:t xml:space="preserve"> /</w:t>
            </w:r>
            <w:proofErr w:type="spellStart"/>
            <w:r w:rsidRPr="00011493">
              <w:rPr>
                <w:rFonts w:ascii="Times New Roman" w:hAnsi="Times New Roman" w:cs="Times New Roman"/>
                <w:sz w:val="20"/>
                <w:szCs w:val="20"/>
              </w:rPr>
              <w:t>opiekuna</w:t>
            </w:r>
            <w:proofErr w:type="spellEnd"/>
            <w:r w:rsidR="001D498F" w:rsidRPr="0001149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11493">
              <w:rPr>
                <w:rFonts w:ascii="Times New Roman" w:hAnsi="Times New Roman" w:cs="Times New Roman"/>
                <w:sz w:val="20"/>
                <w:szCs w:val="20"/>
              </w:rPr>
              <w:t>prawnego</w:t>
            </w:r>
            <w:proofErr w:type="spellEnd"/>
            <w:r w:rsidRPr="00011493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4986" w:type="dxa"/>
            <w:vAlign w:val="center"/>
          </w:tcPr>
          <w:p w:rsidR="00953CA4" w:rsidRPr="00011493" w:rsidRDefault="000970D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11493">
              <w:rPr>
                <w:rFonts w:ascii="Times New Roman" w:hAnsi="Times New Roman" w:cs="Times New Roman"/>
                <w:sz w:val="20"/>
                <w:szCs w:val="20"/>
              </w:rPr>
              <w:t>……………………………………………………………………</w:t>
            </w:r>
            <w:r w:rsidR="001D498F" w:rsidRPr="00011493">
              <w:rPr>
                <w:rFonts w:ascii="Times New Roman" w:hAnsi="Times New Roman" w:cs="Times New Roman"/>
                <w:sz w:val="20"/>
                <w:szCs w:val="20"/>
              </w:rPr>
              <w:t>……</w:t>
            </w:r>
          </w:p>
        </w:tc>
      </w:tr>
    </w:tbl>
    <w:p w:rsidR="00953CA4" w:rsidRPr="00011493" w:rsidRDefault="00953CA4">
      <w:pPr>
        <w:rPr>
          <w:rFonts w:ascii="Times New Roman" w:hAnsi="Times New Roman" w:cs="Times New Roman"/>
          <w:sz w:val="14"/>
        </w:rPr>
      </w:pPr>
    </w:p>
    <w:p w:rsidR="00953CA4" w:rsidRPr="00011493" w:rsidRDefault="000970D9" w:rsidP="00011493">
      <w:pPr>
        <w:jc w:val="center"/>
        <w:rPr>
          <w:rFonts w:ascii="Times New Roman" w:hAnsi="Times New Roman" w:cs="Times New Roman"/>
          <w:sz w:val="18"/>
        </w:rPr>
      </w:pPr>
      <w:r w:rsidRPr="00011493">
        <w:rPr>
          <w:rFonts w:ascii="Times New Roman" w:hAnsi="Times New Roman" w:cs="Times New Roman"/>
          <w:b/>
          <w:sz w:val="22"/>
        </w:rPr>
        <w:t>OŚWIADCZENIE</w:t>
      </w:r>
    </w:p>
    <w:p w:rsidR="00953CA4" w:rsidRPr="00011493" w:rsidRDefault="000970D9">
      <w:pPr>
        <w:rPr>
          <w:rFonts w:ascii="Times New Roman" w:hAnsi="Times New Roman" w:cs="Times New Roman"/>
          <w:sz w:val="14"/>
        </w:rPr>
      </w:pPr>
      <w:r w:rsidRPr="00011493">
        <w:rPr>
          <w:rFonts w:ascii="Times New Roman" w:hAnsi="Times New Roman" w:cs="Times New Roman"/>
          <w:sz w:val="14"/>
        </w:rPr>
        <w:t>Ja, niżej podpisany/a, jako rodzic / opiekun prawny dziecka, wyrażam zgodę na udział mojego dziecka w Międzyprzedszkolnym Konkursie Plastyczno-Technicznym „JESIEŃ ZAMKNIĘTA W OZDOBIE”, organizowanym przez Miejskie Przedszkole nr 44 im. Koniczynki w Rudzie Śląskiej.</w:t>
      </w:r>
    </w:p>
    <w:p w:rsidR="00953CA4" w:rsidRPr="00011493" w:rsidRDefault="000970D9">
      <w:pPr>
        <w:rPr>
          <w:rFonts w:ascii="Times New Roman" w:hAnsi="Times New Roman" w:cs="Times New Roman"/>
          <w:sz w:val="14"/>
        </w:rPr>
      </w:pPr>
      <w:r w:rsidRPr="00011493">
        <w:rPr>
          <w:rFonts w:ascii="Times New Roman" w:hAnsi="Times New Roman" w:cs="Times New Roman"/>
          <w:b/>
          <w:sz w:val="14"/>
        </w:rPr>
        <w:t>1. Zgoda na przetwarzanie danych osobowych</w:t>
      </w:r>
    </w:p>
    <w:p w:rsidR="00953CA4" w:rsidRPr="00011493" w:rsidRDefault="000970D9">
      <w:pPr>
        <w:rPr>
          <w:rFonts w:ascii="Times New Roman" w:hAnsi="Times New Roman" w:cs="Times New Roman"/>
          <w:sz w:val="14"/>
        </w:rPr>
      </w:pPr>
      <w:r w:rsidRPr="00011493">
        <w:rPr>
          <w:rFonts w:ascii="Times New Roman" w:hAnsi="Times New Roman" w:cs="Times New Roman"/>
          <w:sz w:val="14"/>
        </w:rPr>
        <w:t>Wyrażam zgodę na przetwarzanie danych osobowych mojego dziecka oraz moich danych osobowych podanych w związku z udziałem w konkursie, w zakresie niezbędnym do organizacji, przeprowadzenia i rozstrzygnięcia konkursu, w tym identyfikacji autora pracy, prowadzenia dokumentacji konkursowej, kontaktu w sprawach dotyczących konkursu oraz wydania nagród lub dyplomów.</w:t>
      </w:r>
    </w:p>
    <w:p w:rsidR="00953CA4" w:rsidRPr="00011493" w:rsidRDefault="000970D9">
      <w:pPr>
        <w:rPr>
          <w:rFonts w:ascii="Times New Roman" w:hAnsi="Times New Roman" w:cs="Times New Roman"/>
          <w:sz w:val="14"/>
        </w:rPr>
      </w:pPr>
      <w:r w:rsidRPr="00011493">
        <w:rPr>
          <w:rFonts w:ascii="Times New Roman" w:hAnsi="Times New Roman" w:cs="Times New Roman"/>
          <w:sz w:val="14"/>
        </w:rPr>
        <w:t>Przyjmuję do wiadomości, że podanie danych jest dobrowolne, a zgodę mogę wycofać w dowolnym momencie, bez wpływu na zgodność z prawem przetwarzania dokonanego przed jej wycofaniem. Wycofanie zgody może skutkować brakiem możliwości udziału dziecka w konkursie, jeżeli dane są niezbędne do jego przeprowadzenia.</w:t>
      </w:r>
    </w:p>
    <w:p w:rsidR="00953CA4" w:rsidRPr="00011493" w:rsidRDefault="000970D9">
      <w:pPr>
        <w:rPr>
          <w:rFonts w:ascii="Times New Roman" w:hAnsi="Times New Roman" w:cs="Times New Roman"/>
          <w:sz w:val="14"/>
        </w:rPr>
      </w:pPr>
      <w:r w:rsidRPr="00011493">
        <w:rPr>
          <w:rFonts w:ascii="Times New Roman" w:hAnsi="Times New Roman" w:cs="Times New Roman"/>
          <w:b/>
          <w:sz w:val="14"/>
        </w:rPr>
        <w:t>2. Zgoda na publikację informacji o wynikach i pracy konkursowej</w:t>
      </w:r>
    </w:p>
    <w:p w:rsidR="00953CA4" w:rsidRPr="00011493" w:rsidRDefault="000970D9">
      <w:pPr>
        <w:rPr>
          <w:rFonts w:ascii="Times New Roman" w:hAnsi="Times New Roman" w:cs="Times New Roman"/>
          <w:sz w:val="14"/>
        </w:rPr>
      </w:pPr>
      <w:r w:rsidRPr="00011493">
        <w:rPr>
          <w:rFonts w:ascii="Times New Roman" w:hAnsi="Times New Roman" w:cs="Times New Roman"/>
          <w:sz w:val="14"/>
        </w:rPr>
        <w:t>Wyrażam zgodę na publikację imienia i nazwiska dziecka, nazwy przedszkola oraz zdjęć pracy konkursowej w związku z ogłoszeniem wyników konkursu i prezentacją jego przebiegu na stronie internetowej przedszkola oraz w jego mediach społecznościowych, w materiałach informacyjnych i promocyjnych związanych z działalnością przedszkola.</w:t>
      </w:r>
    </w:p>
    <w:p w:rsidR="00953CA4" w:rsidRPr="00011493" w:rsidRDefault="000970D9">
      <w:pPr>
        <w:rPr>
          <w:rFonts w:ascii="Times New Roman" w:hAnsi="Times New Roman" w:cs="Times New Roman"/>
          <w:sz w:val="14"/>
        </w:rPr>
      </w:pPr>
      <w:r w:rsidRPr="00011493">
        <w:rPr>
          <w:rFonts w:ascii="Times New Roman" w:hAnsi="Times New Roman" w:cs="Times New Roman"/>
          <w:b/>
          <w:sz w:val="14"/>
        </w:rPr>
        <w:t>3. Zgoda na wykorzystanie wizerunku dziecka – opcjonalna</w:t>
      </w:r>
    </w:p>
    <w:p w:rsidR="00953CA4" w:rsidRPr="00011493" w:rsidRDefault="000970D9">
      <w:pPr>
        <w:rPr>
          <w:rFonts w:ascii="Times New Roman" w:hAnsi="Times New Roman" w:cs="Times New Roman"/>
          <w:sz w:val="14"/>
        </w:rPr>
      </w:pPr>
      <w:r w:rsidRPr="00011493">
        <w:rPr>
          <w:rFonts w:ascii="Times New Roman" w:hAnsi="Times New Roman" w:cs="Times New Roman"/>
          <w:sz w:val="14"/>
        </w:rPr>
        <w:t>Wyrażam zgodę na nieodpłatne utrwalanie i publikowanie wizerunku mojego dziecka na zdjęciach wykonanych w związku z konkursem, w celu dokumentowania i promowania wydarzenia oraz działalności przedszkola, na stronie internetowej przedszkola, w jego mediach społecznościowych oraz w materiałach informacyjnych i promocyjnych. Zgoda obejmuje wyłącznie materiały związane z konkursem i nie obejmuje wykorzystania wizerunku w celach niezwiązanych z działalnością przedszkola.</w:t>
      </w:r>
    </w:p>
    <w:p w:rsidR="00953CA4" w:rsidRPr="00011493" w:rsidRDefault="000970D9">
      <w:pPr>
        <w:rPr>
          <w:rFonts w:ascii="Times New Roman" w:hAnsi="Times New Roman" w:cs="Times New Roman"/>
          <w:sz w:val="14"/>
        </w:rPr>
      </w:pPr>
      <w:r w:rsidRPr="00011493">
        <w:rPr>
          <w:rFonts w:ascii="Times New Roman" w:hAnsi="Times New Roman" w:cs="Times New Roman"/>
          <w:sz w:val="14"/>
        </w:rPr>
        <w:t>Proszę zaznaczyć właściwą odpowiedź:</w:t>
      </w:r>
    </w:p>
    <w:p w:rsidR="00953CA4" w:rsidRPr="00011493" w:rsidRDefault="000970D9">
      <w:pPr>
        <w:ind w:left="283"/>
        <w:rPr>
          <w:rFonts w:ascii="Times New Roman" w:hAnsi="Times New Roman" w:cs="Times New Roman"/>
          <w:sz w:val="14"/>
        </w:rPr>
      </w:pPr>
      <w:r w:rsidRPr="00011493">
        <w:rPr>
          <w:rFonts w:ascii="Segoe UI Symbol" w:hAnsi="Segoe UI Symbol" w:cs="Segoe UI Symbol"/>
          <w:sz w:val="14"/>
        </w:rPr>
        <w:t>☐</w:t>
      </w:r>
      <w:r w:rsidRPr="00011493">
        <w:rPr>
          <w:rFonts w:ascii="Times New Roman" w:hAnsi="Times New Roman" w:cs="Times New Roman"/>
          <w:sz w:val="14"/>
        </w:rPr>
        <w:t xml:space="preserve"> WYRAŻAM ZGODĘ na publikację wizerunku dziecka w zakresie wskazanym powyżej.</w:t>
      </w:r>
    </w:p>
    <w:p w:rsidR="00953CA4" w:rsidRPr="00011493" w:rsidRDefault="000970D9">
      <w:pPr>
        <w:ind w:left="283"/>
        <w:rPr>
          <w:rFonts w:ascii="Times New Roman" w:hAnsi="Times New Roman" w:cs="Times New Roman"/>
          <w:sz w:val="14"/>
        </w:rPr>
      </w:pPr>
      <w:r w:rsidRPr="00011493">
        <w:rPr>
          <w:rFonts w:ascii="Segoe UI Symbol" w:hAnsi="Segoe UI Symbol" w:cs="Segoe UI Symbol"/>
          <w:sz w:val="14"/>
        </w:rPr>
        <w:t>☐</w:t>
      </w:r>
      <w:r w:rsidRPr="00011493">
        <w:rPr>
          <w:rFonts w:ascii="Times New Roman" w:hAnsi="Times New Roman" w:cs="Times New Roman"/>
          <w:sz w:val="14"/>
        </w:rPr>
        <w:t xml:space="preserve"> NIE WYRAŻAM ZGODY na publikację wizerunku dziecka.</w:t>
      </w:r>
    </w:p>
    <w:p w:rsidR="00953CA4" w:rsidRPr="00011493" w:rsidRDefault="000970D9">
      <w:pPr>
        <w:rPr>
          <w:rFonts w:ascii="Times New Roman" w:hAnsi="Times New Roman" w:cs="Times New Roman"/>
          <w:sz w:val="14"/>
        </w:rPr>
      </w:pPr>
      <w:r w:rsidRPr="00011493">
        <w:rPr>
          <w:rFonts w:ascii="Times New Roman" w:hAnsi="Times New Roman" w:cs="Times New Roman"/>
          <w:b/>
          <w:sz w:val="14"/>
        </w:rPr>
        <w:t>4. Informacja o przetwarzaniu danych osobowych (RODO)</w:t>
      </w:r>
    </w:p>
    <w:p w:rsidR="00953CA4" w:rsidRPr="00011493" w:rsidRDefault="000970D9">
      <w:pPr>
        <w:rPr>
          <w:rFonts w:ascii="Times New Roman" w:hAnsi="Times New Roman" w:cs="Times New Roman"/>
          <w:sz w:val="14"/>
        </w:rPr>
      </w:pPr>
      <w:r w:rsidRPr="00011493">
        <w:rPr>
          <w:rFonts w:ascii="Times New Roman" w:hAnsi="Times New Roman" w:cs="Times New Roman"/>
          <w:sz w:val="14"/>
        </w:rPr>
        <w:t>Administratorem danych osobowych jest Miejskie Przedszkole nr 44 im. Koniczynki w Rudzie Śląskiej, ul. Bytomska 3, 41-712 Ruda Śląska. Dane będą przetwarzane w celu organizacji i przeprowadzenia konkursu, kontaktu z uczestnikami, dokumentowania jego przebiegu oraz – w zakresie objętym odrębną zgodą – publikacji informacji, zdjęć prac i wizerunku.</w:t>
      </w:r>
    </w:p>
    <w:p w:rsidR="00953CA4" w:rsidRPr="00011493" w:rsidRDefault="000970D9">
      <w:pPr>
        <w:rPr>
          <w:rFonts w:ascii="Times New Roman" w:hAnsi="Times New Roman" w:cs="Times New Roman"/>
          <w:sz w:val="14"/>
        </w:rPr>
      </w:pPr>
      <w:r w:rsidRPr="00011493">
        <w:rPr>
          <w:rFonts w:ascii="Times New Roman" w:hAnsi="Times New Roman" w:cs="Times New Roman"/>
          <w:sz w:val="14"/>
        </w:rPr>
        <w:t>Dane będą przechowywane przez okres niezbędny do realizacji wskazanych celów, a w zakresie dokumentacji konkursowej – zgodnie z obowiązującymi przepisami oraz zasadami archiwizacji obowiązującymi w przedszkolu. Osobie, której dane dotyczą, przysługują prawa wynikające z przepisów RODO, w szczególności prawo dostępu do danych, ich sprostowania, ograniczenia przetwarzania oraz – w przypadkach przewidzianych prawem – usunięcia danych i wycofania zgody. Przysługuje również prawo wniesienia skargi do Prezesa Urzędu Ochrony Danych Osobowych.</w:t>
      </w:r>
    </w:p>
    <w:p w:rsidR="00953CA4" w:rsidRPr="00011493" w:rsidRDefault="000970D9">
      <w:pPr>
        <w:rPr>
          <w:rFonts w:ascii="Times New Roman" w:hAnsi="Times New Roman" w:cs="Times New Roman"/>
          <w:sz w:val="14"/>
        </w:rPr>
      </w:pPr>
      <w:r w:rsidRPr="00011493">
        <w:rPr>
          <w:rFonts w:ascii="Times New Roman" w:hAnsi="Times New Roman" w:cs="Times New Roman"/>
          <w:sz w:val="14"/>
        </w:rPr>
        <w:t>Szczegółowe informacje dotyczące zasad przetwarzania danych osobowych oraz dane kontaktowe inspektora ochrony danych, jeżeli został wyznaczony, są dostępne w siedzibie przedszkola oraz w jego dokumentacji dotyczącej ochrony danych osobowych.</w:t>
      </w:r>
    </w:p>
    <w:p w:rsidR="00953CA4" w:rsidRPr="00011493" w:rsidRDefault="00953CA4">
      <w:pPr>
        <w:rPr>
          <w:rFonts w:ascii="Times New Roman" w:hAnsi="Times New Roman" w:cs="Times New Roman"/>
          <w:sz w:val="14"/>
        </w:rPr>
      </w:pPr>
    </w:p>
    <w:p w:rsidR="00953CA4" w:rsidRPr="00011493" w:rsidRDefault="000970D9">
      <w:pPr>
        <w:rPr>
          <w:rFonts w:ascii="Times New Roman" w:hAnsi="Times New Roman" w:cs="Times New Roman"/>
          <w:sz w:val="14"/>
        </w:rPr>
      </w:pPr>
      <w:r w:rsidRPr="00011493">
        <w:rPr>
          <w:rFonts w:ascii="Times New Roman" w:hAnsi="Times New Roman" w:cs="Times New Roman"/>
          <w:b/>
          <w:sz w:val="14"/>
        </w:rPr>
        <w:t>Oświadczam, że zapoznałem/am się z powyższą informacją i wyrażam zgodę na udział dziecka w konkursie.</w:t>
      </w:r>
    </w:p>
    <w:p w:rsidR="00953CA4" w:rsidRPr="00011493" w:rsidRDefault="00953CA4">
      <w:pPr>
        <w:rPr>
          <w:rFonts w:ascii="Times New Roman" w:hAnsi="Times New Roman" w:cs="Times New Roman"/>
          <w:sz w:val="1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986"/>
        <w:gridCol w:w="4986"/>
      </w:tblGrid>
      <w:tr w:rsidR="00953CA4" w:rsidRPr="00011493">
        <w:trPr>
          <w:jc w:val="center"/>
        </w:trPr>
        <w:tc>
          <w:tcPr>
            <w:tcW w:w="4986" w:type="dxa"/>
          </w:tcPr>
          <w:p w:rsidR="00953CA4" w:rsidRPr="00011493" w:rsidRDefault="000970D9">
            <w:pPr>
              <w:spacing w:after="0"/>
              <w:jc w:val="center"/>
              <w:rPr>
                <w:rFonts w:ascii="Times New Roman" w:hAnsi="Times New Roman" w:cs="Times New Roman"/>
                <w:sz w:val="14"/>
              </w:rPr>
            </w:pPr>
            <w:r w:rsidRPr="00011493">
              <w:rPr>
                <w:rFonts w:ascii="Times New Roman" w:hAnsi="Times New Roman" w:cs="Times New Roman"/>
                <w:sz w:val="14"/>
              </w:rPr>
              <w:t>……………………………………</w:t>
            </w:r>
            <w:r w:rsidRPr="00011493">
              <w:rPr>
                <w:rFonts w:ascii="Times New Roman" w:hAnsi="Times New Roman" w:cs="Times New Roman"/>
                <w:sz w:val="14"/>
              </w:rPr>
              <w:br/>
              <w:t>(miejscowość, data)</w:t>
            </w:r>
          </w:p>
        </w:tc>
        <w:tc>
          <w:tcPr>
            <w:tcW w:w="4986" w:type="dxa"/>
          </w:tcPr>
          <w:p w:rsidR="00953CA4" w:rsidRPr="00011493" w:rsidRDefault="000970D9">
            <w:pPr>
              <w:spacing w:after="0"/>
              <w:jc w:val="center"/>
              <w:rPr>
                <w:rFonts w:ascii="Times New Roman" w:hAnsi="Times New Roman" w:cs="Times New Roman"/>
                <w:sz w:val="14"/>
              </w:rPr>
            </w:pPr>
            <w:r w:rsidRPr="00011493">
              <w:rPr>
                <w:rFonts w:ascii="Times New Roman" w:hAnsi="Times New Roman" w:cs="Times New Roman"/>
                <w:sz w:val="14"/>
              </w:rPr>
              <w:t>……………………………………</w:t>
            </w:r>
            <w:r w:rsidRPr="00011493">
              <w:rPr>
                <w:rFonts w:ascii="Times New Roman" w:hAnsi="Times New Roman" w:cs="Times New Roman"/>
                <w:sz w:val="14"/>
              </w:rPr>
              <w:br/>
              <w:t>(czytelny podpis rodzica / opiekuna prawnego)</w:t>
            </w:r>
          </w:p>
        </w:tc>
      </w:tr>
      <w:tr w:rsidR="00953CA4" w:rsidRPr="00011493">
        <w:trPr>
          <w:jc w:val="center"/>
        </w:trPr>
        <w:tc>
          <w:tcPr>
            <w:tcW w:w="9972" w:type="dxa"/>
            <w:gridSpan w:val="2"/>
          </w:tcPr>
          <w:p w:rsidR="00953CA4" w:rsidRPr="00011493" w:rsidRDefault="000970D9">
            <w:pPr>
              <w:spacing w:after="0"/>
              <w:jc w:val="center"/>
              <w:rPr>
                <w:rFonts w:ascii="Times New Roman" w:hAnsi="Times New Roman" w:cs="Times New Roman"/>
                <w:sz w:val="14"/>
              </w:rPr>
            </w:pPr>
            <w:r w:rsidRPr="00011493">
              <w:rPr>
                <w:rFonts w:ascii="Times New Roman" w:hAnsi="Times New Roman" w:cs="Times New Roman"/>
                <w:sz w:val="14"/>
              </w:rPr>
              <w:br/>
            </w:r>
          </w:p>
        </w:tc>
      </w:tr>
    </w:tbl>
    <w:p w:rsidR="000970D9" w:rsidRPr="001D498F" w:rsidRDefault="000970D9">
      <w:pPr>
        <w:rPr>
          <w:rFonts w:ascii="Times New Roman" w:hAnsi="Times New Roman" w:cs="Times New Roman"/>
        </w:rPr>
      </w:pPr>
    </w:p>
    <w:sectPr w:rsidR="000970D9" w:rsidRPr="001D498F" w:rsidSect="00010E0E">
      <w:footerReference w:type="default" r:id="rId8"/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0615A" w:rsidRDefault="00E0615A">
      <w:pPr>
        <w:spacing w:after="0" w:line="240" w:lineRule="auto"/>
      </w:pPr>
      <w:r>
        <w:separator/>
      </w:r>
    </w:p>
  </w:endnote>
  <w:endnote w:type="continuationSeparator" w:id="0">
    <w:p w:rsidR="00E0615A" w:rsidRDefault="00E061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53CA4" w:rsidRDefault="000970D9">
    <w:pPr>
      <w:pStyle w:val="Stopka"/>
      <w:jc w:val="center"/>
    </w:pPr>
    <w:r>
      <w:rPr>
        <w:sz w:val="16"/>
      </w:rPr>
      <w:t>Międzyprzedszkolny Konkurs Plastyczno-Techniczny „JESIEŃ ZAMKNIĘTA W OZDOBIE”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0615A" w:rsidRDefault="00E0615A">
      <w:pPr>
        <w:spacing w:after="0" w:line="240" w:lineRule="auto"/>
      </w:pPr>
      <w:r>
        <w:separator/>
      </w:r>
    </w:p>
  </w:footnote>
  <w:footnote w:type="continuationSeparator" w:id="0">
    <w:p w:rsidR="00E0615A" w:rsidRDefault="00E061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0E0E"/>
    <w:rsid w:val="00011493"/>
    <w:rsid w:val="00034616"/>
    <w:rsid w:val="0006063C"/>
    <w:rsid w:val="000970D9"/>
    <w:rsid w:val="0015074B"/>
    <w:rsid w:val="001D498F"/>
    <w:rsid w:val="0029639D"/>
    <w:rsid w:val="00326F90"/>
    <w:rsid w:val="006811E6"/>
    <w:rsid w:val="00953CA4"/>
    <w:rsid w:val="00AA1D8D"/>
    <w:rsid w:val="00B47730"/>
    <w:rsid w:val="00CB0664"/>
    <w:rsid w:val="00E0615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07181BDB-3A38-47B6-A96C-D24FF9E5A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C693F"/>
    <w:rPr>
      <w:rFonts w:ascii="Arial" w:hAnsi="Arial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4DE1DF6-B7CF-4C22-B743-42C19EF702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560</Words>
  <Characters>3360</Characters>
  <Application>Microsoft Office Word</Application>
  <DocSecurity>0</DocSecurity>
  <Lines>28</Lines>
  <Paragraphs>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3913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A&amp;A</cp:lastModifiedBy>
  <cp:revision>4</cp:revision>
  <cp:lastPrinted>2026-09-24T04:41:00Z</cp:lastPrinted>
  <dcterms:created xsi:type="dcterms:W3CDTF">2013-12-23T23:15:00Z</dcterms:created>
  <dcterms:modified xsi:type="dcterms:W3CDTF">2026-09-24T10:58:00Z</dcterms:modified>
  <cp:category/>
</cp:coreProperties>
</file>